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320D3" w14:textId="78739F59" w:rsidR="00A66084" w:rsidRDefault="004F7AE5" w:rsidP="00443A8E">
      <w:pPr>
        <w:jc w:val="right"/>
        <w:rPr>
          <w:rFonts w:ascii="HG丸ｺﾞｼｯｸM-PRO" w:eastAsia="HG丸ｺﾞｼｯｸM-PRO" w:hAnsi="HG丸ｺﾞｼｯｸM-PRO"/>
          <w:lang w:eastAsia="ja-JP"/>
        </w:rPr>
      </w:pPr>
      <w:r w:rsidRPr="00443A8E">
        <w:rPr>
          <w:rFonts w:ascii="HG丸ｺﾞｼｯｸM-PRO" w:eastAsia="HG丸ｺﾞｼｯｸM-PRO" w:hAnsi="HG丸ｺﾞｼｯｸM-PRO"/>
        </w:rPr>
        <w:t xml:space="preserve">応募日：令和 </w:t>
      </w:r>
      <w:r w:rsidR="00443A8E">
        <w:rPr>
          <w:rFonts w:ascii="HG丸ｺﾞｼｯｸM-PRO" w:eastAsia="HG丸ｺﾞｼｯｸM-PRO" w:hAnsi="HG丸ｺﾞｼｯｸM-PRO" w:hint="eastAsia"/>
          <w:lang w:eastAsia="ja-JP"/>
        </w:rPr>
        <w:t xml:space="preserve">　</w:t>
      </w:r>
      <w:r w:rsidR="00B519D0">
        <w:rPr>
          <w:rFonts w:ascii="HG丸ｺﾞｼｯｸM-PRO" w:eastAsia="HG丸ｺﾞｼｯｸM-PRO" w:hAnsi="HG丸ｺﾞｼｯｸM-PRO" w:hint="eastAsia"/>
          <w:lang w:eastAsia="ja-JP"/>
        </w:rPr>
        <w:t xml:space="preserve"> </w:t>
      </w:r>
      <w:r w:rsidRPr="00443A8E">
        <w:rPr>
          <w:rFonts w:ascii="HG丸ｺﾞｼｯｸM-PRO" w:eastAsia="HG丸ｺﾞｼｯｸM-PRO" w:hAnsi="HG丸ｺﾞｼｯｸM-PRO"/>
        </w:rPr>
        <w:t xml:space="preserve">年 </w:t>
      </w:r>
      <w:r w:rsidR="00B519D0">
        <w:rPr>
          <w:rFonts w:ascii="HG丸ｺﾞｼｯｸM-PRO" w:eastAsia="HG丸ｺﾞｼｯｸM-PRO" w:hAnsi="HG丸ｺﾞｼｯｸM-PRO"/>
        </w:rPr>
        <w:t xml:space="preserve"> </w:t>
      </w:r>
      <w:r w:rsidR="00443A8E">
        <w:rPr>
          <w:rFonts w:ascii="HG丸ｺﾞｼｯｸM-PRO" w:eastAsia="HG丸ｺﾞｼｯｸM-PRO" w:hAnsi="HG丸ｺﾞｼｯｸM-PRO" w:hint="eastAsia"/>
          <w:lang w:eastAsia="ja-JP"/>
        </w:rPr>
        <w:t xml:space="preserve">　</w:t>
      </w:r>
      <w:r w:rsidRPr="00443A8E">
        <w:rPr>
          <w:rFonts w:ascii="HG丸ｺﾞｼｯｸM-PRO" w:eastAsia="HG丸ｺﾞｼｯｸM-PRO" w:hAnsi="HG丸ｺﾞｼｯｸM-PRO"/>
        </w:rPr>
        <w:t>月</w:t>
      </w:r>
      <w:r w:rsidR="00B519D0">
        <w:rPr>
          <w:rFonts w:ascii="HG丸ｺﾞｼｯｸM-PRO" w:eastAsia="HG丸ｺﾞｼｯｸM-PRO" w:hAnsi="HG丸ｺﾞｼｯｸM-PRO" w:hint="eastAsia"/>
          <w:lang w:eastAsia="ja-JP"/>
        </w:rPr>
        <w:t xml:space="preserve"> </w:t>
      </w:r>
      <w:r w:rsidRPr="00443A8E">
        <w:rPr>
          <w:rFonts w:ascii="HG丸ｺﾞｼｯｸM-PRO" w:eastAsia="HG丸ｺﾞｼｯｸM-PRO" w:hAnsi="HG丸ｺﾞｼｯｸM-PRO"/>
        </w:rPr>
        <w:t xml:space="preserve"> </w:t>
      </w:r>
      <w:r w:rsidR="00443A8E">
        <w:rPr>
          <w:rFonts w:ascii="HG丸ｺﾞｼｯｸM-PRO" w:eastAsia="HG丸ｺﾞｼｯｸM-PRO" w:hAnsi="HG丸ｺﾞｼｯｸM-PRO" w:hint="eastAsia"/>
          <w:lang w:eastAsia="ja-JP"/>
        </w:rPr>
        <w:t xml:space="preserve">　</w:t>
      </w:r>
      <w:r w:rsidRPr="00443A8E">
        <w:rPr>
          <w:rFonts w:ascii="HG丸ｺﾞｼｯｸM-PRO" w:eastAsia="HG丸ｺﾞｼｯｸM-PRO" w:hAnsi="HG丸ｺﾞｼｯｸM-PRO"/>
          <w:lang w:eastAsia="ja-JP"/>
        </w:rPr>
        <w:t>日</w:t>
      </w:r>
    </w:p>
    <w:p w14:paraId="16946E2E" w14:textId="77777777" w:rsidR="008347D0" w:rsidRPr="00443A8E" w:rsidRDefault="008347D0" w:rsidP="00443A8E">
      <w:pPr>
        <w:jc w:val="right"/>
        <w:rPr>
          <w:rFonts w:ascii="HG丸ｺﾞｼｯｸM-PRO" w:eastAsia="HG丸ｺﾞｼｯｸM-PRO" w:hAnsi="HG丸ｺﾞｼｯｸM-PRO"/>
          <w:lang w:eastAsia="ja-JP"/>
        </w:rPr>
      </w:pPr>
    </w:p>
    <w:p w14:paraId="05A4E6A4" w14:textId="1B347937" w:rsidR="008347D0" w:rsidRPr="00B43172" w:rsidRDefault="00443A8E" w:rsidP="00224452">
      <w:pPr>
        <w:ind w:firstLineChars="50" w:firstLine="161"/>
        <w:jc w:val="center"/>
        <w:rPr>
          <w:rFonts w:ascii="HG丸ｺﾞｼｯｸM-PRO" w:eastAsia="HG丸ｺﾞｼｯｸM-PRO" w:hAnsi="HG丸ｺﾞｼｯｸM-PRO"/>
          <w:b/>
          <w:sz w:val="32"/>
          <w:szCs w:val="32"/>
          <w:lang w:eastAsia="ja-JP"/>
        </w:rPr>
      </w:pPr>
      <w:r w:rsidRPr="00B43172">
        <w:rPr>
          <w:rFonts w:ascii="HG丸ｺﾞｼｯｸM-PRO" w:eastAsia="HG丸ｺﾞｼｯｸM-PRO" w:hAnsi="HG丸ｺﾞｼｯｸM-PRO" w:hint="eastAsia"/>
          <w:b/>
          <w:bCs/>
          <w:sz w:val="32"/>
          <w:szCs w:val="32"/>
          <w:lang w:eastAsia="ja-JP"/>
        </w:rPr>
        <w:t>地物野菜を使った 「</w:t>
      </w:r>
      <w:r w:rsidR="00B43172" w:rsidRPr="00B43172">
        <w:rPr>
          <w:rFonts w:ascii="HG丸ｺﾞｼｯｸM-PRO" w:eastAsia="HG丸ｺﾞｼｯｸM-PRO" w:hAnsi="HG丸ｺﾞｼｯｸM-PRO" w:hint="eastAsia"/>
          <w:b/>
          <w:bCs/>
          <w:sz w:val="32"/>
          <w:szCs w:val="32"/>
          <w:lang w:eastAsia="ja-JP"/>
        </w:rPr>
        <w:t>ごはんのお供</w:t>
      </w:r>
      <w:r w:rsidRPr="00B43172">
        <w:rPr>
          <w:rFonts w:ascii="HG丸ｺﾞｼｯｸM-PRO" w:eastAsia="HG丸ｺﾞｼｯｸM-PRO" w:hAnsi="HG丸ｺﾞｼｯｸM-PRO" w:hint="eastAsia"/>
          <w:b/>
          <w:bCs/>
          <w:sz w:val="32"/>
          <w:szCs w:val="32"/>
          <w:lang w:eastAsia="ja-JP"/>
        </w:rPr>
        <w:t>」</w:t>
      </w:r>
      <w:r w:rsidR="004F7AE5" w:rsidRPr="00B43172">
        <w:rPr>
          <w:rFonts w:ascii="HG丸ｺﾞｼｯｸM-PRO" w:eastAsia="HG丸ｺﾞｼｯｸM-PRO" w:hAnsi="HG丸ｺﾞｼｯｸM-PRO"/>
          <w:b/>
          <w:sz w:val="32"/>
          <w:szCs w:val="32"/>
          <w:lang w:eastAsia="ja-JP"/>
        </w:rPr>
        <w:t>オリジナルレシピ</w:t>
      </w:r>
    </w:p>
    <w:p w14:paraId="2C8B6B72" w14:textId="1F83BC4B" w:rsidR="00B96821" w:rsidRDefault="008347D0" w:rsidP="00B519D0">
      <w:pPr>
        <w:ind w:firstLineChars="100" w:firstLine="321"/>
        <w:jc w:val="center"/>
        <w:rPr>
          <w:rFonts w:ascii="HG丸ｺﾞｼｯｸM-PRO" w:eastAsia="HG丸ｺﾞｼｯｸM-PRO" w:hAnsi="HG丸ｺﾞｼｯｸM-PRO"/>
          <w:b/>
          <w:sz w:val="32"/>
          <w:szCs w:val="32"/>
          <w:lang w:eastAsia="ja-JP"/>
        </w:rPr>
      </w:pPr>
      <w:r>
        <w:rPr>
          <w:rFonts w:ascii="HG丸ｺﾞｼｯｸM-PRO" w:eastAsia="HG丸ｺﾞｼｯｸM-PRO" w:hAnsi="HG丸ｺﾞｼｯｸM-PRO" w:hint="eastAsia"/>
          <w:b/>
          <w:sz w:val="32"/>
          <w:szCs w:val="32"/>
          <w:lang w:eastAsia="ja-JP"/>
        </w:rPr>
        <w:t>＜</w:t>
      </w:r>
      <w:r w:rsidR="004F7AE5" w:rsidRPr="008347D0">
        <w:rPr>
          <w:rFonts w:ascii="HG丸ｺﾞｼｯｸM-PRO" w:eastAsia="HG丸ｺﾞｼｯｸM-PRO" w:hAnsi="HG丸ｺﾞｼｯｸM-PRO"/>
          <w:b/>
          <w:sz w:val="32"/>
          <w:szCs w:val="32"/>
          <w:lang w:eastAsia="ja-JP"/>
        </w:rPr>
        <w:t>応募用紙</w:t>
      </w:r>
      <w:r>
        <w:rPr>
          <w:rFonts w:ascii="HG丸ｺﾞｼｯｸM-PRO" w:eastAsia="HG丸ｺﾞｼｯｸM-PRO" w:hAnsi="HG丸ｺﾞｼｯｸM-PRO" w:hint="eastAsia"/>
          <w:b/>
          <w:sz w:val="32"/>
          <w:szCs w:val="32"/>
          <w:lang w:eastAsia="ja-JP"/>
        </w:rPr>
        <w:t>＞</w:t>
      </w:r>
    </w:p>
    <w:p w14:paraId="1BDB506E" w14:textId="77777777" w:rsidR="00B519D0" w:rsidRPr="00B519D0" w:rsidRDefault="00B519D0" w:rsidP="00B519D0">
      <w:pPr>
        <w:ind w:firstLineChars="100" w:firstLine="321"/>
        <w:jc w:val="center"/>
        <w:rPr>
          <w:rFonts w:ascii="HG丸ｺﾞｼｯｸM-PRO" w:eastAsia="HG丸ｺﾞｼｯｸM-PRO" w:hAnsi="HG丸ｺﾞｼｯｸM-PRO"/>
          <w:b/>
          <w:sz w:val="32"/>
          <w:szCs w:val="32"/>
          <w:lang w:eastAsia="ja-JP"/>
        </w:rPr>
      </w:pPr>
    </w:p>
    <w:p w14:paraId="7BA5CDCD" w14:textId="77777777" w:rsidR="00A66084" w:rsidRPr="00443A8E" w:rsidRDefault="004F7AE5">
      <w:pPr>
        <w:rPr>
          <w:rFonts w:ascii="HG丸ｺﾞｼｯｸM-PRO" w:eastAsia="HG丸ｺﾞｼｯｸM-PRO" w:hAnsi="HG丸ｺﾞｼｯｸM-PRO"/>
          <w:lang w:eastAsia="ja-JP"/>
        </w:rPr>
      </w:pPr>
      <w:r w:rsidRPr="00443A8E">
        <w:rPr>
          <w:rFonts w:ascii="HG丸ｺﾞｼｯｸM-PRO" w:eastAsia="HG丸ｺﾞｼｯｸM-PRO" w:hAnsi="HG丸ｺﾞｼｯｸM-PRO"/>
          <w:lang w:eastAsia="ja-JP"/>
        </w:rPr>
        <w:t>● グループ情報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4394"/>
        <w:gridCol w:w="1134"/>
        <w:gridCol w:w="567"/>
      </w:tblGrid>
      <w:tr w:rsidR="00443A8E" w:rsidRPr="00443A8E" w14:paraId="2188CC8D" w14:textId="77777777" w:rsidTr="00224452">
        <w:trPr>
          <w:trHeight w:val="450"/>
        </w:trPr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2610" w14:textId="77777777" w:rsidR="00443A8E" w:rsidRDefault="00443A8E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  <w:r>
              <w:rPr>
                <w:rFonts w:ascii="HG丸ｺﾞｼｯｸM-PRO" w:eastAsia="HG丸ｺﾞｼｯｸM-PRO" w:hAnsi="HG丸ｺﾞｼｯｸM-PRO" w:hint="eastAsia"/>
                <w:lang w:eastAsia="ja-JP"/>
              </w:rPr>
              <w:t>（ふりがな）</w:t>
            </w:r>
          </w:p>
          <w:p w14:paraId="6621FF90" w14:textId="77777777" w:rsidR="00443A8E" w:rsidRPr="00443A8E" w:rsidRDefault="00443A8E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  <w:r>
              <w:rPr>
                <w:rFonts w:ascii="HG丸ｺﾞｼｯｸM-PRO" w:eastAsia="HG丸ｺﾞｼｯｸM-PRO" w:hAnsi="HG丸ｺﾞｼｯｸM-PRO" w:hint="eastAsia"/>
                <w:lang w:eastAsia="ja-JP"/>
              </w:rPr>
              <w:t>グループ名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5629A7" w14:textId="77777777" w:rsidR="00443A8E" w:rsidRPr="00443A8E" w:rsidRDefault="00443A8E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</w:p>
        </w:tc>
      </w:tr>
      <w:tr w:rsidR="00443A8E" w:rsidRPr="00443A8E" w14:paraId="70521A32" w14:textId="77777777" w:rsidTr="00224452">
        <w:trPr>
          <w:trHeight w:val="450"/>
        </w:trPr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11BF" w14:textId="77777777" w:rsidR="00443A8E" w:rsidRPr="00443A8E" w:rsidRDefault="00443A8E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E17BAC" w14:textId="77777777" w:rsidR="00443A8E" w:rsidRPr="00443A8E" w:rsidRDefault="00443A8E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</w:p>
        </w:tc>
      </w:tr>
      <w:tr w:rsidR="00A66084" w:rsidRPr="00443A8E" w14:paraId="494F5C75" w14:textId="77777777" w:rsidTr="00251CBF">
        <w:trPr>
          <w:trHeight w:val="594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F085" w14:textId="77777777" w:rsidR="00A66084" w:rsidRPr="00443A8E" w:rsidRDefault="004F7AE5">
            <w:pPr>
              <w:rPr>
                <w:rFonts w:ascii="HG丸ｺﾞｼｯｸM-PRO" w:eastAsia="HG丸ｺﾞｼｯｸM-PRO" w:hAnsi="HG丸ｺﾞｼｯｸM-PRO"/>
              </w:rPr>
            </w:pPr>
            <w:r w:rsidRPr="00443A8E">
              <w:rPr>
                <w:rFonts w:ascii="HG丸ｺﾞｼｯｸM-PRO" w:eastAsia="HG丸ｺﾞｼｯｸM-PRO" w:hAnsi="HG丸ｺﾞｼｯｸM-PRO"/>
              </w:rPr>
              <w:t>代表者氏名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D7A3" w14:textId="77777777" w:rsidR="00A66084" w:rsidRPr="00443A8E" w:rsidRDefault="00A6608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D36054" w14:textId="77777777" w:rsidR="00A66084" w:rsidRPr="00443A8E" w:rsidRDefault="004F7AE5">
            <w:pPr>
              <w:rPr>
                <w:rFonts w:ascii="HG丸ｺﾞｼｯｸM-PRO" w:eastAsia="HG丸ｺﾞｼｯｸM-PRO" w:hAnsi="HG丸ｺﾞｼｯｸM-PRO"/>
              </w:rPr>
            </w:pPr>
            <w:r w:rsidRPr="00443A8E">
              <w:rPr>
                <w:rFonts w:ascii="HG丸ｺﾞｼｯｸM-PRO" w:eastAsia="HG丸ｺﾞｼｯｸM-PRO" w:hAnsi="HG丸ｺﾞｼｯｸM-PRO"/>
              </w:rPr>
              <w:t>年齢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2367BB" w14:textId="77777777" w:rsidR="00A66084" w:rsidRPr="00443A8E" w:rsidRDefault="004F7AE5">
            <w:pPr>
              <w:rPr>
                <w:rFonts w:ascii="HG丸ｺﾞｼｯｸM-PRO" w:eastAsia="HG丸ｺﾞｼｯｸM-PRO" w:hAnsi="HG丸ｺﾞｼｯｸM-PRO"/>
              </w:rPr>
            </w:pPr>
            <w:r w:rsidRPr="00443A8E">
              <w:rPr>
                <w:rFonts w:ascii="HG丸ｺﾞｼｯｸM-PRO" w:eastAsia="HG丸ｺﾞｼｯｸM-PRO" w:hAnsi="HG丸ｺﾞｼｯｸM-PRO"/>
              </w:rPr>
              <w:t xml:space="preserve"> 歳</w:t>
            </w:r>
          </w:p>
        </w:tc>
      </w:tr>
      <w:tr w:rsidR="00A66084" w:rsidRPr="00443A8E" w14:paraId="2AB05152" w14:textId="77777777" w:rsidTr="00224452">
        <w:trPr>
          <w:trHeight w:val="914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C116" w14:textId="77777777" w:rsidR="00A66084" w:rsidRPr="00443A8E" w:rsidRDefault="004F7AE5">
            <w:pPr>
              <w:rPr>
                <w:rFonts w:ascii="HG丸ｺﾞｼｯｸM-PRO" w:eastAsia="HG丸ｺﾞｼｯｸM-PRO" w:hAnsi="HG丸ｺﾞｼｯｸM-PRO"/>
              </w:rPr>
            </w:pPr>
            <w:r w:rsidRPr="00443A8E">
              <w:rPr>
                <w:rFonts w:ascii="HG丸ｺﾞｼｯｸM-PRO" w:eastAsia="HG丸ｺﾞｼｯｸM-PRO" w:hAnsi="HG丸ｺﾞｼｯｸM-PRO"/>
              </w:rPr>
              <w:t>住所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EE0E88" w14:textId="6BDBB437" w:rsidR="00A66084" w:rsidRPr="00443A8E" w:rsidRDefault="004F7AE5">
            <w:pPr>
              <w:rPr>
                <w:rFonts w:ascii="HG丸ｺﾞｼｯｸM-PRO" w:eastAsia="HG丸ｺﾞｼｯｸM-PRO" w:hAnsi="HG丸ｺﾞｼｯｸM-PRO"/>
              </w:rPr>
            </w:pPr>
            <w:r w:rsidRPr="00443A8E">
              <w:rPr>
                <w:rFonts w:ascii="HG丸ｺﾞｼｯｸM-PRO" w:eastAsia="HG丸ｺﾞｼｯｸM-PRO" w:hAnsi="HG丸ｺﾞｼｯｸM-PRO"/>
              </w:rPr>
              <w:t>〒</w:t>
            </w:r>
            <w:r w:rsidR="00443A8E">
              <w:rPr>
                <w:rFonts w:ascii="HG丸ｺﾞｼｯｸM-PRO" w:eastAsia="HG丸ｺﾞｼｯｸM-PRO" w:hAnsi="HG丸ｺﾞｼｯｸM-PRO" w:hint="eastAsia"/>
                <w:lang w:eastAsia="ja-JP"/>
              </w:rPr>
              <w:t xml:space="preserve">　　</w:t>
            </w:r>
            <w:r w:rsidRPr="00443A8E">
              <w:rPr>
                <w:rFonts w:ascii="HG丸ｺﾞｼｯｸM-PRO" w:eastAsia="HG丸ｺﾞｼｯｸM-PRO" w:hAnsi="HG丸ｺﾞｼｯｸM-PRO"/>
              </w:rPr>
              <w:t xml:space="preserve"> ー </w:t>
            </w:r>
            <w:r w:rsidRPr="00443A8E">
              <w:rPr>
                <w:rFonts w:ascii="HG丸ｺﾞｼｯｸM-PRO" w:eastAsia="HG丸ｺﾞｼｯｸM-PRO" w:hAnsi="HG丸ｺﾞｼｯｸM-PRO"/>
              </w:rPr>
              <w:br/>
              <w:t xml:space="preserve"> 石川県</w:t>
            </w:r>
          </w:p>
        </w:tc>
      </w:tr>
      <w:tr w:rsidR="00A66084" w:rsidRPr="00443A8E" w14:paraId="59515A08" w14:textId="77777777" w:rsidTr="00224452">
        <w:trPr>
          <w:trHeight w:val="629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8F6E" w14:textId="77777777" w:rsidR="00A66084" w:rsidRPr="00443A8E" w:rsidRDefault="004F7AE5">
            <w:pPr>
              <w:rPr>
                <w:rFonts w:ascii="HG丸ｺﾞｼｯｸM-PRO" w:eastAsia="HG丸ｺﾞｼｯｸM-PRO" w:hAnsi="HG丸ｺﾞｼｯｸM-PRO"/>
              </w:rPr>
            </w:pPr>
            <w:r w:rsidRPr="00443A8E">
              <w:rPr>
                <w:rFonts w:ascii="HG丸ｺﾞｼｯｸM-PRO" w:eastAsia="HG丸ｺﾞｼｯｸM-PRO" w:hAnsi="HG丸ｺﾞｼｯｸM-PRO"/>
              </w:rPr>
              <w:t>連絡先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87443B" w14:textId="3CFA6D56" w:rsidR="00A66084" w:rsidRPr="00443A8E" w:rsidRDefault="004F7AE5" w:rsidP="00224452">
            <w:pPr>
              <w:ind w:firstLineChars="750" w:firstLine="1650"/>
              <w:rPr>
                <w:rFonts w:ascii="HG丸ｺﾞｼｯｸM-PRO" w:eastAsia="HG丸ｺﾞｼｯｸM-PRO" w:hAnsi="HG丸ｺﾞｼｯｸM-PRO"/>
              </w:rPr>
            </w:pPr>
            <w:r w:rsidRPr="00443A8E">
              <w:rPr>
                <w:rFonts w:ascii="HG丸ｺﾞｼｯｸM-PRO" w:eastAsia="HG丸ｺﾞｼｯｸM-PRO" w:hAnsi="HG丸ｺﾞｼｯｸM-PRO"/>
              </w:rPr>
              <w:t xml:space="preserve">ー </w:t>
            </w:r>
            <w:r w:rsidR="00443A8E">
              <w:rPr>
                <w:rFonts w:ascii="HG丸ｺﾞｼｯｸM-PRO" w:eastAsia="HG丸ｺﾞｼｯｸM-PRO" w:hAnsi="HG丸ｺﾞｼｯｸM-PRO" w:hint="eastAsia"/>
                <w:lang w:eastAsia="ja-JP"/>
              </w:rPr>
              <w:t xml:space="preserve">　　　　</w:t>
            </w:r>
            <w:r w:rsidR="00224452">
              <w:rPr>
                <w:rFonts w:ascii="HG丸ｺﾞｼｯｸM-PRO" w:eastAsia="HG丸ｺﾞｼｯｸM-PRO" w:hAnsi="HG丸ｺﾞｼｯｸM-PRO" w:hint="eastAsia"/>
                <w:lang w:eastAsia="ja-JP"/>
              </w:rPr>
              <w:t xml:space="preserve"> </w:t>
            </w:r>
            <w:r w:rsidRPr="00443A8E">
              <w:rPr>
                <w:rFonts w:ascii="HG丸ｺﾞｼｯｸM-PRO" w:eastAsia="HG丸ｺﾞｼｯｸM-PRO" w:hAnsi="HG丸ｺﾞｼｯｸM-PRO"/>
              </w:rPr>
              <w:t>ー</w:t>
            </w:r>
          </w:p>
        </w:tc>
      </w:tr>
    </w:tbl>
    <w:p w14:paraId="20F7D381" w14:textId="77777777" w:rsidR="00A66084" w:rsidRPr="00443A8E" w:rsidRDefault="00A66084">
      <w:pPr>
        <w:rPr>
          <w:rFonts w:ascii="HG丸ｺﾞｼｯｸM-PRO" w:eastAsia="HG丸ｺﾞｼｯｸM-PRO" w:hAnsi="HG丸ｺﾞｼｯｸM-PRO"/>
        </w:rPr>
      </w:pPr>
    </w:p>
    <w:p w14:paraId="5E79B33C" w14:textId="77777777" w:rsidR="00A66084" w:rsidRPr="00443A8E" w:rsidRDefault="004F7AE5">
      <w:pPr>
        <w:rPr>
          <w:rFonts w:ascii="HG丸ｺﾞｼｯｸM-PRO" w:eastAsia="HG丸ｺﾞｼｯｸM-PRO" w:hAnsi="HG丸ｺﾞｼｯｸM-PRO"/>
        </w:rPr>
      </w:pPr>
      <w:r w:rsidRPr="00443A8E">
        <w:rPr>
          <w:rFonts w:ascii="HG丸ｺﾞｼｯｸM-PRO" w:eastAsia="HG丸ｺﾞｼｯｸM-PRO" w:hAnsi="HG丸ｺﾞｼｯｸM-PRO"/>
        </w:rPr>
        <w:t>● メンバー情報</w:t>
      </w:r>
    </w:p>
    <w:tbl>
      <w:tblPr>
        <w:tblW w:w="807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8"/>
        <w:gridCol w:w="1134"/>
        <w:gridCol w:w="567"/>
      </w:tblGrid>
      <w:tr w:rsidR="002B31E1" w:rsidRPr="00443A8E" w14:paraId="17F52D93" w14:textId="77777777" w:rsidTr="00251CBF">
        <w:trPr>
          <w:trHeight w:val="722"/>
        </w:trPr>
        <w:tc>
          <w:tcPr>
            <w:tcW w:w="6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E78D" w14:textId="77777777" w:rsidR="002B31E1" w:rsidRPr="00224452" w:rsidRDefault="002B31E1" w:rsidP="002B31E1">
            <w:pPr>
              <w:spacing w:line="360" w:lineRule="auto"/>
              <w:jc w:val="both"/>
              <w:rPr>
                <w:rFonts w:ascii="HG丸ｺﾞｼｯｸM-PRO" w:eastAsia="HG丸ｺﾞｼｯｸM-PRO" w:hAnsi="HG丸ｺﾞｼｯｸM-PRO"/>
              </w:rPr>
            </w:pPr>
            <w:r w:rsidRPr="00224452">
              <w:rPr>
                <w:rFonts w:ascii="HG丸ｺﾞｼｯｸM-PRO" w:eastAsia="HG丸ｺﾞｼｯｸM-PRO" w:hAnsi="HG丸ｺﾞｼｯｸM-PRO"/>
              </w:rPr>
              <w:t>氏名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BEEAEC" w14:textId="2234A78C" w:rsidR="002B31E1" w:rsidRPr="00224452" w:rsidRDefault="002B31E1" w:rsidP="00251CBF">
            <w:pPr>
              <w:spacing w:line="360" w:lineRule="auto"/>
              <w:jc w:val="both"/>
              <w:rPr>
                <w:rFonts w:ascii="HG丸ｺﾞｼｯｸM-PRO" w:eastAsia="HG丸ｺﾞｼｯｸM-PRO" w:hAnsi="HG丸ｺﾞｼｯｸM-PRO"/>
              </w:rPr>
            </w:pPr>
            <w:r w:rsidRPr="00224452">
              <w:rPr>
                <w:rFonts w:ascii="HG丸ｺﾞｼｯｸM-PRO" w:eastAsia="HG丸ｺﾞｼｯｸM-PRO" w:hAnsi="HG丸ｺﾞｼｯｸM-PRO"/>
              </w:rPr>
              <w:t>年齢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E4714C8" w14:textId="77777777" w:rsidR="002B31E1" w:rsidRPr="00443A8E" w:rsidRDefault="002B31E1" w:rsidP="00251CBF">
            <w:pPr>
              <w:spacing w:line="360" w:lineRule="auto"/>
              <w:jc w:val="both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lang w:eastAsia="ja-JP"/>
              </w:rPr>
              <w:t>歳</w:t>
            </w:r>
          </w:p>
        </w:tc>
      </w:tr>
      <w:tr w:rsidR="002B31E1" w:rsidRPr="00443A8E" w14:paraId="2C218BC4" w14:textId="77777777" w:rsidTr="00251CBF">
        <w:trPr>
          <w:trHeight w:val="691"/>
        </w:trPr>
        <w:tc>
          <w:tcPr>
            <w:tcW w:w="6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2FFA" w14:textId="77777777" w:rsidR="002B31E1" w:rsidRPr="00224452" w:rsidRDefault="002B31E1" w:rsidP="002B31E1">
            <w:pPr>
              <w:spacing w:line="360" w:lineRule="auto"/>
              <w:jc w:val="both"/>
              <w:rPr>
                <w:rFonts w:ascii="HG丸ｺﾞｼｯｸM-PRO" w:eastAsia="HG丸ｺﾞｼｯｸM-PRO" w:hAnsi="HG丸ｺﾞｼｯｸM-PRO"/>
              </w:rPr>
            </w:pPr>
            <w:r w:rsidRPr="00224452">
              <w:rPr>
                <w:rFonts w:ascii="HG丸ｺﾞｼｯｸM-PRO" w:eastAsia="HG丸ｺﾞｼｯｸM-PRO" w:hAnsi="HG丸ｺﾞｼｯｸM-PRO"/>
              </w:rPr>
              <w:t>氏名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076288" w14:textId="0535C3B8" w:rsidR="002B31E1" w:rsidRPr="00224452" w:rsidRDefault="002B31E1" w:rsidP="002B31E1">
            <w:pPr>
              <w:spacing w:line="360" w:lineRule="auto"/>
              <w:jc w:val="both"/>
              <w:rPr>
                <w:rFonts w:ascii="HG丸ｺﾞｼｯｸM-PRO" w:eastAsia="HG丸ｺﾞｼｯｸM-PRO" w:hAnsi="HG丸ｺﾞｼｯｸM-PRO"/>
              </w:rPr>
            </w:pPr>
            <w:r w:rsidRPr="00224452">
              <w:rPr>
                <w:rFonts w:ascii="HG丸ｺﾞｼｯｸM-PRO" w:eastAsia="HG丸ｺﾞｼｯｸM-PRO" w:hAnsi="HG丸ｺﾞｼｯｸM-PRO"/>
              </w:rPr>
              <w:t>年齢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C5BE308" w14:textId="6A2F992E" w:rsidR="002B31E1" w:rsidRPr="00443A8E" w:rsidRDefault="002B31E1" w:rsidP="002B31E1">
            <w:pPr>
              <w:spacing w:line="360" w:lineRule="auto"/>
              <w:jc w:val="both"/>
              <w:rPr>
                <w:rFonts w:ascii="HG丸ｺﾞｼｯｸM-PRO" w:eastAsia="HG丸ｺﾞｼｯｸM-PRO" w:hAnsi="HG丸ｺﾞｼｯｸM-PRO"/>
              </w:rPr>
            </w:pPr>
            <w:r w:rsidRPr="00443A8E">
              <w:rPr>
                <w:rFonts w:ascii="HG丸ｺﾞｼｯｸM-PRO" w:eastAsia="HG丸ｺﾞｼｯｸM-PRO" w:hAnsi="HG丸ｺﾞｼｯｸM-PRO"/>
              </w:rPr>
              <w:t>歳</w:t>
            </w:r>
          </w:p>
        </w:tc>
      </w:tr>
      <w:tr w:rsidR="002B31E1" w:rsidRPr="00443A8E" w14:paraId="22B327D2" w14:textId="77777777" w:rsidTr="00251CBF">
        <w:trPr>
          <w:trHeight w:val="700"/>
        </w:trPr>
        <w:tc>
          <w:tcPr>
            <w:tcW w:w="6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9A39" w14:textId="77777777" w:rsidR="002B31E1" w:rsidRPr="00224452" w:rsidRDefault="002B31E1" w:rsidP="002B31E1">
            <w:pPr>
              <w:spacing w:line="360" w:lineRule="auto"/>
              <w:jc w:val="both"/>
              <w:rPr>
                <w:rFonts w:ascii="HG丸ｺﾞｼｯｸM-PRO" w:eastAsia="HG丸ｺﾞｼｯｸM-PRO" w:hAnsi="HG丸ｺﾞｼｯｸM-PRO"/>
              </w:rPr>
            </w:pPr>
            <w:r w:rsidRPr="00224452">
              <w:rPr>
                <w:rFonts w:ascii="HG丸ｺﾞｼｯｸM-PRO" w:eastAsia="HG丸ｺﾞｼｯｸM-PRO" w:hAnsi="HG丸ｺﾞｼｯｸM-PRO"/>
              </w:rPr>
              <w:t>氏名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148C07" w14:textId="6522FCC5" w:rsidR="002B31E1" w:rsidRPr="00224452" w:rsidRDefault="002B31E1" w:rsidP="002B31E1">
            <w:pPr>
              <w:spacing w:line="360" w:lineRule="auto"/>
              <w:jc w:val="both"/>
              <w:rPr>
                <w:rFonts w:ascii="HG丸ｺﾞｼｯｸM-PRO" w:eastAsia="HG丸ｺﾞｼｯｸM-PRO" w:hAnsi="HG丸ｺﾞｼｯｸM-PRO"/>
              </w:rPr>
            </w:pPr>
            <w:r w:rsidRPr="00224452">
              <w:rPr>
                <w:rFonts w:ascii="HG丸ｺﾞｼｯｸM-PRO" w:eastAsia="HG丸ｺﾞｼｯｸM-PRO" w:hAnsi="HG丸ｺﾞｼｯｸM-PRO"/>
              </w:rPr>
              <w:t>年齢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84CBB1E" w14:textId="3F145786" w:rsidR="002B31E1" w:rsidRPr="00443A8E" w:rsidRDefault="002B31E1" w:rsidP="002B31E1">
            <w:pPr>
              <w:spacing w:line="360" w:lineRule="auto"/>
              <w:jc w:val="both"/>
              <w:rPr>
                <w:rFonts w:ascii="HG丸ｺﾞｼｯｸM-PRO" w:eastAsia="HG丸ｺﾞｼｯｸM-PRO" w:hAnsi="HG丸ｺﾞｼｯｸM-PRO"/>
              </w:rPr>
            </w:pPr>
            <w:r w:rsidRPr="00443A8E">
              <w:rPr>
                <w:rFonts w:ascii="HG丸ｺﾞｼｯｸM-PRO" w:eastAsia="HG丸ｺﾞｼｯｸM-PRO" w:hAnsi="HG丸ｺﾞｼｯｸM-PRO"/>
              </w:rPr>
              <w:t>歳</w:t>
            </w:r>
          </w:p>
        </w:tc>
      </w:tr>
      <w:tr w:rsidR="002B31E1" w:rsidRPr="00443A8E" w14:paraId="6B4ED4D5" w14:textId="77777777" w:rsidTr="00251CBF">
        <w:trPr>
          <w:trHeight w:val="696"/>
        </w:trPr>
        <w:tc>
          <w:tcPr>
            <w:tcW w:w="6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666D" w14:textId="77777777" w:rsidR="002B31E1" w:rsidRPr="00224452" w:rsidRDefault="002B31E1" w:rsidP="002B31E1">
            <w:pPr>
              <w:spacing w:line="360" w:lineRule="auto"/>
              <w:jc w:val="both"/>
              <w:rPr>
                <w:rFonts w:ascii="HG丸ｺﾞｼｯｸM-PRO" w:eastAsia="HG丸ｺﾞｼｯｸM-PRO" w:hAnsi="HG丸ｺﾞｼｯｸM-PRO"/>
              </w:rPr>
            </w:pPr>
            <w:r w:rsidRPr="00224452">
              <w:rPr>
                <w:rFonts w:ascii="HG丸ｺﾞｼｯｸM-PRO" w:eastAsia="HG丸ｺﾞｼｯｸM-PRO" w:hAnsi="HG丸ｺﾞｼｯｸM-PRO"/>
              </w:rPr>
              <w:t>氏名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82D3EB" w14:textId="791A8474" w:rsidR="002B31E1" w:rsidRPr="00224452" w:rsidRDefault="002B31E1" w:rsidP="002B31E1">
            <w:pPr>
              <w:spacing w:line="360" w:lineRule="auto"/>
              <w:jc w:val="both"/>
              <w:rPr>
                <w:rFonts w:ascii="HG丸ｺﾞｼｯｸM-PRO" w:eastAsia="HG丸ｺﾞｼｯｸM-PRO" w:hAnsi="HG丸ｺﾞｼｯｸM-PRO"/>
              </w:rPr>
            </w:pPr>
            <w:r w:rsidRPr="00224452">
              <w:rPr>
                <w:rFonts w:ascii="HG丸ｺﾞｼｯｸM-PRO" w:eastAsia="HG丸ｺﾞｼｯｸM-PRO" w:hAnsi="HG丸ｺﾞｼｯｸM-PRO"/>
              </w:rPr>
              <w:t>年齢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D0887CF" w14:textId="0A6E730B" w:rsidR="002B31E1" w:rsidRPr="00443A8E" w:rsidRDefault="002B31E1" w:rsidP="002B31E1">
            <w:pPr>
              <w:spacing w:line="360" w:lineRule="auto"/>
              <w:jc w:val="both"/>
              <w:rPr>
                <w:rFonts w:ascii="HG丸ｺﾞｼｯｸM-PRO" w:eastAsia="HG丸ｺﾞｼｯｸM-PRO" w:hAnsi="HG丸ｺﾞｼｯｸM-PRO"/>
              </w:rPr>
            </w:pPr>
            <w:r w:rsidRPr="00443A8E">
              <w:rPr>
                <w:rFonts w:ascii="HG丸ｺﾞｼｯｸM-PRO" w:eastAsia="HG丸ｺﾞｼｯｸM-PRO" w:hAnsi="HG丸ｺﾞｼｯｸM-PRO"/>
              </w:rPr>
              <w:t>歳</w:t>
            </w:r>
          </w:p>
        </w:tc>
      </w:tr>
      <w:tr w:rsidR="002B31E1" w:rsidRPr="00443A8E" w14:paraId="405651F1" w14:textId="77777777" w:rsidTr="00251CBF">
        <w:trPr>
          <w:trHeight w:val="796"/>
        </w:trPr>
        <w:tc>
          <w:tcPr>
            <w:tcW w:w="6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D7E7" w14:textId="77777777" w:rsidR="002B31E1" w:rsidRPr="00224452" w:rsidRDefault="002B31E1" w:rsidP="002B31E1">
            <w:pPr>
              <w:spacing w:line="360" w:lineRule="auto"/>
              <w:jc w:val="both"/>
              <w:rPr>
                <w:rFonts w:ascii="HG丸ｺﾞｼｯｸM-PRO" w:eastAsia="HG丸ｺﾞｼｯｸM-PRO" w:hAnsi="HG丸ｺﾞｼｯｸM-PRO"/>
              </w:rPr>
            </w:pPr>
            <w:r w:rsidRPr="00224452">
              <w:rPr>
                <w:rFonts w:ascii="HG丸ｺﾞｼｯｸM-PRO" w:eastAsia="HG丸ｺﾞｼｯｸM-PRO" w:hAnsi="HG丸ｺﾞｼｯｸM-PRO"/>
              </w:rPr>
              <w:t>氏名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73D448" w14:textId="1D50A5A5" w:rsidR="002B31E1" w:rsidRPr="00224452" w:rsidRDefault="002B31E1" w:rsidP="002B31E1">
            <w:pPr>
              <w:spacing w:line="360" w:lineRule="auto"/>
              <w:jc w:val="both"/>
              <w:rPr>
                <w:rFonts w:ascii="HG丸ｺﾞｼｯｸM-PRO" w:eastAsia="HG丸ｺﾞｼｯｸM-PRO" w:hAnsi="HG丸ｺﾞｼｯｸM-PRO"/>
              </w:rPr>
            </w:pPr>
            <w:r w:rsidRPr="00224452">
              <w:rPr>
                <w:rFonts w:ascii="HG丸ｺﾞｼｯｸM-PRO" w:eastAsia="HG丸ｺﾞｼｯｸM-PRO" w:hAnsi="HG丸ｺﾞｼｯｸM-PRO"/>
              </w:rPr>
              <w:t>年齢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CA3BB54" w14:textId="4A402BC9" w:rsidR="002B31E1" w:rsidRPr="00443A8E" w:rsidRDefault="002B31E1" w:rsidP="002B31E1">
            <w:pPr>
              <w:spacing w:line="360" w:lineRule="auto"/>
              <w:jc w:val="both"/>
              <w:rPr>
                <w:rFonts w:ascii="HG丸ｺﾞｼｯｸM-PRO" w:eastAsia="HG丸ｺﾞｼｯｸM-PRO" w:hAnsi="HG丸ｺﾞｼｯｸM-PRO"/>
              </w:rPr>
            </w:pPr>
            <w:r w:rsidRPr="00443A8E">
              <w:rPr>
                <w:rFonts w:ascii="HG丸ｺﾞｼｯｸM-PRO" w:eastAsia="HG丸ｺﾞｼｯｸM-PRO" w:hAnsi="HG丸ｺﾞｼｯｸM-PRO"/>
              </w:rPr>
              <w:t>歳</w:t>
            </w:r>
          </w:p>
        </w:tc>
      </w:tr>
    </w:tbl>
    <w:p w14:paraId="4A9FB479" w14:textId="24DD191E" w:rsidR="00B43172" w:rsidRDefault="00B43172" w:rsidP="00443A8E">
      <w:pPr>
        <w:rPr>
          <w:rFonts w:ascii="HG丸ｺﾞｼｯｸM-PRO" w:eastAsia="HG丸ｺﾞｼｯｸM-PRO" w:hAnsi="HG丸ｺﾞｼｯｸM-PRO"/>
          <w:lang w:eastAsia="ja-JP"/>
        </w:rPr>
      </w:pPr>
      <w:r>
        <w:rPr>
          <w:rFonts w:ascii="HG丸ｺﾞｼｯｸM-PRO" w:eastAsia="HG丸ｺﾞｼｯｸM-PRO" w:hAnsi="HG丸ｺﾞｼｯｸM-PRO"/>
          <w:lang w:eastAsia="ja-JP"/>
        </w:rPr>
        <w:br w:type="page"/>
      </w:r>
    </w:p>
    <w:p w14:paraId="6EB48FE4" w14:textId="31259E98" w:rsidR="00443A8E" w:rsidRPr="00443A8E" w:rsidRDefault="00443A8E" w:rsidP="00443A8E">
      <w:pPr>
        <w:rPr>
          <w:rFonts w:ascii="HG丸ｺﾞｼｯｸM-PRO" w:eastAsia="HG丸ｺﾞｼｯｸM-PRO" w:hAnsi="HG丸ｺﾞｼｯｸM-PRO"/>
        </w:rPr>
      </w:pPr>
      <w:r w:rsidRPr="00443A8E">
        <w:rPr>
          <w:rFonts w:ascii="HG丸ｺﾞｼｯｸM-PRO" w:eastAsia="HG丸ｺﾞｼｯｸM-PRO" w:hAnsi="HG丸ｺﾞｼｯｸM-PRO"/>
        </w:rPr>
        <w:lastRenderedPageBreak/>
        <w:t xml:space="preserve">● </w:t>
      </w:r>
      <w:r w:rsidR="008347D0">
        <w:rPr>
          <w:rFonts w:ascii="HG丸ｺﾞｼｯｸM-PRO" w:eastAsia="HG丸ｺﾞｼｯｸM-PRO" w:hAnsi="HG丸ｺﾞｼｯｸM-PRO" w:hint="eastAsia"/>
          <w:lang w:eastAsia="ja-JP"/>
        </w:rPr>
        <w:t>レシピ</w:t>
      </w:r>
      <w:r w:rsidRPr="00443A8E">
        <w:rPr>
          <w:rFonts w:ascii="HG丸ｺﾞｼｯｸM-PRO" w:eastAsia="HG丸ｺﾞｼｯｸM-PRO" w:hAnsi="HG丸ｺﾞｼｯｸM-PRO"/>
        </w:rPr>
        <w:t>情報</w:t>
      </w:r>
    </w:p>
    <w:tbl>
      <w:tblPr>
        <w:tblW w:w="807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6237"/>
      </w:tblGrid>
      <w:tr w:rsidR="008347D0" w:rsidRPr="00443A8E" w14:paraId="4A106A45" w14:textId="77777777" w:rsidTr="00B519D0">
        <w:trPr>
          <w:trHeight w:val="320"/>
        </w:trPr>
        <w:tc>
          <w:tcPr>
            <w:tcW w:w="1842" w:type="dxa"/>
            <w:vMerge w:val="restart"/>
          </w:tcPr>
          <w:p w14:paraId="27F7113A" w14:textId="48CE7ECB" w:rsidR="008347D0" w:rsidRDefault="008347D0" w:rsidP="00224452">
            <w:pPr>
              <w:jc w:val="center"/>
              <w:rPr>
                <w:rFonts w:ascii="HG丸ｺﾞｼｯｸM-PRO" w:eastAsia="HG丸ｺﾞｼｯｸM-PRO" w:hAnsi="HG丸ｺﾞｼｯｸM-PRO"/>
                <w:lang w:eastAsia="ja-JP"/>
              </w:rPr>
            </w:pPr>
            <w:r>
              <w:rPr>
                <w:rFonts w:ascii="HG丸ｺﾞｼｯｸM-PRO" w:eastAsia="HG丸ｺﾞｼｯｸM-PRO" w:hAnsi="HG丸ｺﾞｼｯｸM-PRO" w:hint="eastAsia"/>
                <w:lang w:eastAsia="ja-JP"/>
              </w:rPr>
              <w:t>（</w:t>
            </w:r>
            <w:r w:rsidRPr="00443A8E">
              <w:rPr>
                <w:rFonts w:ascii="HG丸ｺﾞｼｯｸM-PRO" w:eastAsia="HG丸ｺﾞｼｯｸM-PRO" w:hAnsi="HG丸ｺﾞｼｯｸM-PRO"/>
                <w:lang w:eastAsia="ja-JP"/>
              </w:rPr>
              <w:t>ふりがな</w:t>
            </w:r>
            <w:r>
              <w:rPr>
                <w:rFonts w:ascii="HG丸ｺﾞｼｯｸM-PRO" w:eastAsia="HG丸ｺﾞｼｯｸM-PRO" w:hAnsi="HG丸ｺﾞｼｯｸM-PRO" w:hint="eastAsia"/>
                <w:lang w:eastAsia="ja-JP"/>
              </w:rPr>
              <w:t>）</w:t>
            </w:r>
          </w:p>
          <w:p w14:paraId="66BE9BFC" w14:textId="4C5C9B23" w:rsidR="008347D0" w:rsidRPr="00443A8E" w:rsidRDefault="008347D0" w:rsidP="00224452">
            <w:pPr>
              <w:jc w:val="center"/>
              <w:rPr>
                <w:rFonts w:ascii="HG丸ｺﾞｼｯｸM-PRO" w:eastAsia="HG丸ｺﾞｼｯｸM-PRO" w:hAnsi="HG丸ｺﾞｼｯｸM-PRO"/>
                <w:lang w:eastAsia="ja-JP"/>
              </w:rPr>
            </w:pPr>
            <w:r>
              <w:rPr>
                <w:rFonts w:ascii="HG丸ｺﾞｼｯｸM-PRO" w:eastAsia="HG丸ｺﾞｼｯｸM-PRO" w:hAnsi="HG丸ｺﾞｼｯｸM-PRO" w:hint="eastAsia"/>
                <w:lang w:eastAsia="ja-JP"/>
              </w:rPr>
              <w:t>レシピ</w:t>
            </w:r>
            <w:r w:rsidRPr="00443A8E">
              <w:rPr>
                <w:rFonts w:ascii="HG丸ｺﾞｼｯｸM-PRO" w:eastAsia="HG丸ｺﾞｼｯｸM-PRO" w:hAnsi="HG丸ｺﾞｼｯｸM-PRO"/>
                <w:lang w:eastAsia="ja-JP"/>
              </w:rPr>
              <w:t>名</w:t>
            </w:r>
          </w:p>
        </w:tc>
        <w:tc>
          <w:tcPr>
            <w:tcW w:w="6237" w:type="dxa"/>
          </w:tcPr>
          <w:p w14:paraId="2400B444" w14:textId="77777777" w:rsidR="008347D0" w:rsidRPr="00443A8E" w:rsidRDefault="008347D0" w:rsidP="005002B2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</w:p>
        </w:tc>
      </w:tr>
      <w:tr w:rsidR="008347D0" w:rsidRPr="00443A8E" w14:paraId="10497BD7" w14:textId="77777777" w:rsidTr="00B519D0">
        <w:trPr>
          <w:trHeight w:val="750"/>
        </w:trPr>
        <w:tc>
          <w:tcPr>
            <w:tcW w:w="1842" w:type="dxa"/>
            <w:vMerge/>
          </w:tcPr>
          <w:p w14:paraId="20011C16" w14:textId="6BC2B718" w:rsidR="008347D0" w:rsidRPr="00443A8E" w:rsidRDefault="008347D0" w:rsidP="005002B2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</w:p>
        </w:tc>
        <w:tc>
          <w:tcPr>
            <w:tcW w:w="6237" w:type="dxa"/>
          </w:tcPr>
          <w:p w14:paraId="0EC75661" w14:textId="77777777" w:rsidR="008347D0" w:rsidRPr="00443A8E" w:rsidRDefault="008347D0" w:rsidP="005002B2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</w:p>
        </w:tc>
      </w:tr>
      <w:tr w:rsidR="00443A8E" w:rsidRPr="00443A8E" w14:paraId="79C94C36" w14:textId="77777777" w:rsidTr="00B519D0">
        <w:trPr>
          <w:trHeight w:val="3208"/>
        </w:trPr>
        <w:tc>
          <w:tcPr>
            <w:tcW w:w="1842" w:type="dxa"/>
          </w:tcPr>
          <w:p w14:paraId="5310B6E6" w14:textId="77777777" w:rsidR="008347D0" w:rsidRDefault="00443A8E" w:rsidP="00224452">
            <w:pPr>
              <w:jc w:val="center"/>
              <w:rPr>
                <w:rFonts w:ascii="HG丸ｺﾞｼｯｸM-PRO" w:eastAsia="HG丸ｺﾞｼｯｸM-PRO" w:hAnsi="HG丸ｺﾞｼｯｸM-PRO"/>
                <w:lang w:eastAsia="ja-JP"/>
              </w:rPr>
            </w:pPr>
            <w:r w:rsidRPr="00443A8E">
              <w:rPr>
                <w:rFonts w:ascii="HG丸ｺﾞｼｯｸM-PRO" w:eastAsia="HG丸ｺﾞｼｯｸM-PRO" w:hAnsi="HG丸ｺﾞｼｯｸM-PRO"/>
              </w:rPr>
              <w:t>料理写真</w:t>
            </w:r>
          </w:p>
          <w:p w14:paraId="6E20AE36" w14:textId="389F51C5" w:rsidR="00443A8E" w:rsidRPr="00443A8E" w:rsidRDefault="00443A8E" w:rsidP="0022445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443A8E">
              <w:rPr>
                <w:rFonts w:ascii="HG丸ｺﾞｼｯｸM-PRO" w:eastAsia="HG丸ｺﾞｼｯｸM-PRO" w:hAnsi="HG丸ｺﾞｼｯｸM-PRO"/>
              </w:rPr>
              <w:t>（1点のみ）</w:t>
            </w:r>
          </w:p>
        </w:tc>
        <w:tc>
          <w:tcPr>
            <w:tcW w:w="6237" w:type="dxa"/>
          </w:tcPr>
          <w:p w14:paraId="25671C29" w14:textId="77777777" w:rsidR="00224452" w:rsidRDefault="00224452" w:rsidP="00224452">
            <w:pPr>
              <w:jc w:val="center"/>
              <w:rPr>
                <w:rFonts w:ascii="HG丸ｺﾞｼｯｸM-PRO" w:eastAsia="HG丸ｺﾞｼｯｸM-PRO" w:hAnsi="HG丸ｺﾞｼｯｸM-PRO"/>
                <w:color w:val="999999"/>
              </w:rPr>
            </w:pPr>
          </w:p>
          <w:p w14:paraId="6CC7B0F0" w14:textId="77777777" w:rsidR="00224452" w:rsidRDefault="00224452" w:rsidP="00224452">
            <w:pPr>
              <w:rPr>
                <w:rFonts w:ascii="HG丸ｺﾞｼｯｸM-PRO" w:eastAsia="HG丸ｺﾞｼｯｸM-PRO" w:hAnsi="HG丸ｺﾞｼｯｸM-PRO"/>
                <w:color w:val="999999"/>
              </w:rPr>
            </w:pPr>
          </w:p>
          <w:p w14:paraId="76C835EA" w14:textId="160C3130" w:rsidR="00443A8E" w:rsidRPr="00443A8E" w:rsidRDefault="00443A8E" w:rsidP="0022445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443A8E">
              <w:rPr>
                <w:rFonts w:ascii="HG丸ｺﾞｼｯｸM-PRO" w:eastAsia="HG丸ｺﾞｼｯｸM-PRO" w:hAnsi="HG丸ｺﾞｼｯｸM-PRO"/>
                <w:color w:val="999999"/>
              </w:rPr>
              <w:t>写真を貼付</w:t>
            </w:r>
          </w:p>
        </w:tc>
      </w:tr>
    </w:tbl>
    <w:p w14:paraId="30484032" w14:textId="43DBD15C" w:rsidR="00A66084" w:rsidRDefault="00A66084">
      <w:pPr>
        <w:rPr>
          <w:rFonts w:ascii="HG丸ｺﾞｼｯｸM-PRO" w:eastAsia="HG丸ｺﾞｼｯｸM-PRO" w:hAnsi="HG丸ｺﾞｼｯｸM-PRO"/>
        </w:rPr>
      </w:pPr>
    </w:p>
    <w:p w14:paraId="02109FA0" w14:textId="77777777" w:rsidR="00A66084" w:rsidRPr="00443A8E" w:rsidRDefault="004F7AE5">
      <w:pPr>
        <w:rPr>
          <w:rFonts w:ascii="HG丸ｺﾞｼｯｸM-PRO" w:eastAsia="HG丸ｺﾞｼｯｸM-PRO" w:hAnsi="HG丸ｺﾞｼｯｸM-PRO"/>
          <w:lang w:eastAsia="ja-JP"/>
        </w:rPr>
      </w:pPr>
      <w:r w:rsidRPr="00443A8E">
        <w:rPr>
          <w:rFonts w:ascii="HG丸ｺﾞｼｯｸM-PRO" w:eastAsia="HG丸ｺﾞｼｯｸM-PRO" w:hAnsi="HG丸ｺﾞｼｯｸM-PRO"/>
          <w:lang w:eastAsia="ja-JP"/>
        </w:rPr>
        <w:t>● 材料と分量（4人分）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3827"/>
      </w:tblGrid>
      <w:tr w:rsidR="00A66084" w:rsidRPr="00443A8E" w14:paraId="729DE77F" w14:textId="77777777" w:rsidTr="00224452">
        <w:tc>
          <w:tcPr>
            <w:tcW w:w="3969" w:type="dxa"/>
          </w:tcPr>
          <w:p w14:paraId="52C876F8" w14:textId="77777777" w:rsidR="00A66084" w:rsidRPr="00443A8E" w:rsidRDefault="004F7AE5">
            <w:pPr>
              <w:rPr>
                <w:rFonts w:ascii="HG丸ｺﾞｼｯｸM-PRO" w:eastAsia="HG丸ｺﾞｼｯｸM-PRO" w:hAnsi="HG丸ｺﾞｼｯｸM-PRO"/>
              </w:rPr>
            </w:pPr>
            <w:r w:rsidRPr="00443A8E">
              <w:rPr>
                <w:rFonts w:ascii="HG丸ｺﾞｼｯｸM-PRO" w:eastAsia="HG丸ｺﾞｼｯｸM-PRO" w:hAnsi="HG丸ｺﾞｼｯｸM-PRO"/>
                <w:b/>
              </w:rPr>
              <w:t>材料</w:t>
            </w:r>
          </w:p>
        </w:tc>
        <w:tc>
          <w:tcPr>
            <w:tcW w:w="3827" w:type="dxa"/>
          </w:tcPr>
          <w:p w14:paraId="6F88EAA0" w14:textId="77777777" w:rsidR="00A66084" w:rsidRPr="00443A8E" w:rsidRDefault="004F7AE5">
            <w:pPr>
              <w:rPr>
                <w:rFonts w:ascii="HG丸ｺﾞｼｯｸM-PRO" w:eastAsia="HG丸ｺﾞｼｯｸM-PRO" w:hAnsi="HG丸ｺﾞｼｯｸM-PRO"/>
              </w:rPr>
            </w:pPr>
            <w:r w:rsidRPr="00443A8E">
              <w:rPr>
                <w:rFonts w:ascii="HG丸ｺﾞｼｯｸM-PRO" w:eastAsia="HG丸ｺﾞｼｯｸM-PRO" w:hAnsi="HG丸ｺﾞｼｯｸM-PRO"/>
                <w:b/>
              </w:rPr>
              <w:t>分量</w:t>
            </w:r>
          </w:p>
        </w:tc>
      </w:tr>
      <w:tr w:rsidR="00A66084" w:rsidRPr="00443A8E" w14:paraId="430AFAA2" w14:textId="77777777" w:rsidTr="00224452">
        <w:tc>
          <w:tcPr>
            <w:tcW w:w="3969" w:type="dxa"/>
          </w:tcPr>
          <w:p w14:paraId="2EC6D837" w14:textId="77777777" w:rsidR="00A66084" w:rsidRPr="00443A8E" w:rsidRDefault="00A6608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827" w:type="dxa"/>
          </w:tcPr>
          <w:p w14:paraId="1D61912C" w14:textId="77777777" w:rsidR="00A66084" w:rsidRPr="00443A8E" w:rsidRDefault="00A6608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A66084" w:rsidRPr="00443A8E" w14:paraId="68675BC8" w14:textId="77777777" w:rsidTr="00224452">
        <w:tc>
          <w:tcPr>
            <w:tcW w:w="3969" w:type="dxa"/>
          </w:tcPr>
          <w:p w14:paraId="173DF4CB" w14:textId="77777777" w:rsidR="00A66084" w:rsidRPr="00443A8E" w:rsidRDefault="00A6608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827" w:type="dxa"/>
          </w:tcPr>
          <w:p w14:paraId="3EE4BE5A" w14:textId="77777777" w:rsidR="00A66084" w:rsidRPr="00443A8E" w:rsidRDefault="00A6608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A66084" w:rsidRPr="00443A8E" w14:paraId="306CF040" w14:textId="77777777" w:rsidTr="00224452">
        <w:tc>
          <w:tcPr>
            <w:tcW w:w="3969" w:type="dxa"/>
          </w:tcPr>
          <w:p w14:paraId="603906BC" w14:textId="77777777" w:rsidR="00A66084" w:rsidRPr="00443A8E" w:rsidRDefault="00A6608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827" w:type="dxa"/>
          </w:tcPr>
          <w:p w14:paraId="06C4368A" w14:textId="77777777" w:rsidR="00A66084" w:rsidRPr="00443A8E" w:rsidRDefault="00A6608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A66084" w:rsidRPr="00443A8E" w14:paraId="4977E014" w14:textId="77777777" w:rsidTr="00224452">
        <w:tc>
          <w:tcPr>
            <w:tcW w:w="3969" w:type="dxa"/>
          </w:tcPr>
          <w:p w14:paraId="5E498FDB" w14:textId="77777777" w:rsidR="00A66084" w:rsidRPr="00443A8E" w:rsidRDefault="00A6608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827" w:type="dxa"/>
          </w:tcPr>
          <w:p w14:paraId="47209EC6" w14:textId="77777777" w:rsidR="00A66084" w:rsidRPr="00443A8E" w:rsidRDefault="00A6608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61B66C46" w14:textId="77777777" w:rsidR="00C81581" w:rsidRDefault="00C81581" w:rsidP="00C81581">
      <w:pPr>
        <w:rPr>
          <w:rFonts w:ascii="HG丸ｺﾞｼｯｸM-PRO" w:eastAsia="HG丸ｺﾞｼｯｸM-PRO" w:hAnsi="HG丸ｺﾞｼｯｸM-PRO"/>
        </w:rPr>
      </w:pPr>
    </w:p>
    <w:p w14:paraId="6C1411CE" w14:textId="622C89FC" w:rsidR="00C81581" w:rsidRPr="00443A8E" w:rsidRDefault="00C81581" w:rsidP="00C81581">
      <w:pPr>
        <w:rPr>
          <w:rFonts w:ascii="HG丸ｺﾞｼｯｸM-PRO" w:eastAsia="HG丸ｺﾞｼｯｸM-PRO" w:hAnsi="HG丸ｺﾞｼｯｸM-PRO"/>
        </w:rPr>
      </w:pPr>
      <w:r w:rsidRPr="00443A8E">
        <w:rPr>
          <w:rFonts w:ascii="HG丸ｺﾞｼｯｸM-PRO" w:eastAsia="HG丸ｺﾞｼｯｸM-PRO" w:hAnsi="HG丸ｺﾞｼｯｸM-PRO"/>
        </w:rPr>
        <w:t>● 料理情報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802"/>
        <w:gridCol w:w="2025"/>
        <w:gridCol w:w="2268"/>
      </w:tblGrid>
      <w:tr w:rsidR="00C81581" w:rsidRPr="00443A8E" w14:paraId="76B62F49" w14:textId="77777777" w:rsidTr="00961769">
        <w:tc>
          <w:tcPr>
            <w:tcW w:w="1984" w:type="dxa"/>
          </w:tcPr>
          <w:p w14:paraId="58FBFFE6" w14:textId="77777777" w:rsidR="00C81581" w:rsidRPr="00443A8E" w:rsidRDefault="00C81581" w:rsidP="00961769">
            <w:pPr>
              <w:rPr>
                <w:rFonts w:ascii="HG丸ｺﾞｼｯｸM-PRO" w:eastAsia="HG丸ｺﾞｼｯｸM-PRO" w:hAnsi="HG丸ｺﾞｼｯｸM-PRO"/>
              </w:rPr>
            </w:pPr>
            <w:r w:rsidRPr="00443A8E">
              <w:rPr>
                <w:rFonts w:ascii="HG丸ｺﾞｼｯｸM-PRO" w:eastAsia="HG丸ｺﾞｼｯｸM-PRO" w:hAnsi="HG丸ｺﾞｼｯｸM-PRO"/>
              </w:rPr>
              <w:t>4人分の料理時間</w:t>
            </w:r>
          </w:p>
        </w:tc>
        <w:tc>
          <w:tcPr>
            <w:tcW w:w="1802" w:type="dxa"/>
          </w:tcPr>
          <w:p w14:paraId="56950254" w14:textId="77777777" w:rsidR="00C81581" w:rsidRPr="00443A8E" w:rsidRDefault="00C81581" w:rsidP="00961769">
            <w:pPr>
              <w:rPr>
                <w:rFonts w:ascii="HG丸ｺﾞｼｯｸM-PRO" w:eastAsia="HG丸ｺﾞｼｯｸM-PRO" w:hAnsi="HG丸ｺﾞｼｯｸM-PRO"/>
              </w:rPr>
            </w:pPr>
            <w:r w:rsidRPr="00443A8E">
              <w:rPr>
                <w:rFonts w:ascii="HG丸ｺﾞｼｯｸM-PRO" w:eastAsia="HG丸ｺﾞｼｯｸM-PRO" w:hAnsi="HG丸ｺﾞｼｯｸM-PRO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lang w:eastAsia="ja-JP"/>
              </w:rPr>
              <w:t xml:space="preserve">　　　　　</w:t>
            </w:r>
            <w:r w:rsidRPr="00443A8E">
              <w:rPr>
                <w:rFonts w:ascii="HG丸ｺﾞｼｯｸM-PRO" w:eastAsia="HG丸ｺﾞｼｯｸM-PRO" w:hAnsi="HG丸ｺﾞｼｯｸM-PRO"/>
              </w:rPr>
              <w:t>分</w:t>
            </w:r>
          </w:p>
        </w:tc>
        <w:tc>
          <w:tcPr>
            <w:tcW w:w="2025" w:type="dxa"/>
          </w:tcPr>
          <w:p w14:paraId="2D87404F" w14:textId="77777777" w:rsidR="00C81581" w:rsidRPr="00443A8E" w:rsidRDefault="00C81581" w:rsidP="00961769">
            <w:pPr>
              <w:ind w:firstLineChars="50" w:firstLine="110"/>
              <w:rPr>
                <w:rFonts w:ascii="HG丸ｺﾞｼｯｸM-PRO" w:eastAsia="HG丸ｺﾞｼｯｸM-PRO" w:hAnsi="HG丸ｺﾞｼｯｸM-PRO"/>
              </w:rPr>
            </w:pPr>
            <w:r w:rsidRPr="00443A8E">
              <w:rPr>
                <w:rFonts w:ascii="HG丸ｺﾞｼｯｸM-PRO" w:eastAsia="HG丸ｺﾞｼｯｸM-PRO" w:hAnsi="HG丸ｺﾞｼｯｸM-PRO"/>
              </w:rPr>
              <w:t>4人分の材料費</w:t>
            </w:r>
          </w:p>
        </w:tc>
        <w:tc>
          <w:tcPr>
            <w:tcW w:w="2268" w:type="dxa"/>
          </w:tcPr>
          <w:p w14:paraId="38BAF0D7" w14:textId="77777777" w:rsidR="00C81581" w:rsidRPr="00443A8E" w:rsidRDefault="00C81581" w:rsidP="00961769">
            <w:pPr>
              <w:rPr>
                <w:rFonts w:ascii="HG丸ｺﾞｼｯｸM-PRO" w:eastAsia="HG丸ｺﾞｼｯｸM-PRO" w:hAnsi="HG丸ｺﾞｼｯｸM-PRO"/>
              </w:rPr>
            </w:pPr>
            <w:r w:rsidRPr="00443A8E">
              <w:rPr>
                <w:rFonts w:ascii="HG丸ｺﾞｼｯｸM-PRO" w:eastAsia="HG丸ｺﾞｼｯｸM-PRO" w:hAnsi="HG丸ｺﾞｼｯｸM-PRO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lang w:eastAsia="ja-JP"/>
              </w:rPr>
              <w:t xml:space="preserve">　　　　　　 </w:t>
            </w:r>
            <w:r>
              <w:rPr>
                <w:rFonts w:ascii="HG丸ｺﾞｼｯｸM-PRO" w:eastAsia="HG丸ｺﾞｼｯｸM-PRO" w:hAnsi="HG丸ｺﾞｼｯｸM-PRO"/>
                <w:lang w:eastAsia="ja-JP"/>
              </w:rPr>
              <w:t xml:space="preserve">   </w:t>
            </w:r>
            <w:r w:rsidRPr="00443A8E">
              <w:rPr>
                <w:rFonts w:ascii="HG丸ｺﾞｼｯｸM-PRO" w:eastAsia="HG丸ｺﾞｼｯｸM-PRO" w:hAnsi="HG丸ｺﾞｼｯｸM-PRO"/>
              </w:rPr>
              <w:t>円</w:t>
            </w:r>
          </w:p>
        </w:tc>
      </w:tr>
    </w:tbl>
    <w:p w14:paraId="774F090E" w14:textId="40869826" w:rsidR="00B43172" w:rsidRDefault="00B43172" w:rsidP="00224452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</w:rPr>
        <w:br w:type="page"/>
      </w:r>
    </w:p>
    <w:p w14:paraId="72DF515C" w14:textId="65548A6B" w:rsidR="00224452" w:rsidRPr="00443A8E" w:rsidRDefault="00224452" w:rsidP="00224452">
      <w:pPr>
        <w:rPr>
          <w:rFonts w:ascii="HG丸ｺﾞｼｯｸM-PRO" w:eastAsia="HG丸ｺﾞｼｯｸM-PRO" w:hAnsi="HG丸ｺﾞｼｯｸM-PRO"/>
        </w:rPr>
      </w:pPr>
      <w:r w:rsidRPr="00443A8E">
        <w:rPr>
          <w:rFonts w:ascii="HG丸ｺﾞｼｯｸM-PRO" w:eastAsia="HG丸ｺﾞｼｯｸM-PRO" w:hAnsi="HG丸ｺﾞｼｯｸM-PRO"/>
        </w:rPr>
        <w:lastRenderedPageBreak/>
        <w:t>● 応募のきっかけ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3827"/>
      </w:tblGrid>
      <w:tr w:rsidR="00224452" w:rsidRPr="00443A8E" w14:paraId="60945246" w14:textId="77777777" w:rsidTr="00044DEB">
        <w:tc>
          <w:tcPr>
            <w:tcW w:w="3969" w:type="dxa"/>
          </w:tcPr>
          <w:p w14:paraId="7C411CB2" w14:textId="77777777" w:rsidR="00224452" w:rsidRPr="00443A8E" w:rsidRDefault="00224452" w:rsidP="00044DEB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  <w:r>
              <w:rPr>
                <w:rFonts w:ascii="HG丸ｺﾞｼｯｸM-PRO" w:eastAsia="HG丸ｺﾞｼｯｸM-PRO" w:hAnsi="HG丸ｺﾞｼｯｸM-PRO" w:hint="eastAsia"/>
                <w:lang w:eastAsia="ja-JP"/>
              </w:rPr>
              <w:t xml:space="preserve">□　</w:t>
            </w:r>
            <w:r w:rsidRPr="00443A8E">
              <w:rPr>
                <w:rFonts w:ascii="HG丸ｺﾞｼｯｸM-PRO" w:eastAsia="HG丸ｺﾞｼｯｸM-PRO" w:hAnsi="HG丸ｺﾞｼｯｸM-PRO"/>
                <w:lang w:eastAsia="ja-JP"/>
              </w:rPr>
              <w:t xml:space="preserve"> JA店舗の募集チラシ </w:t>
            </w:r>
            <w:r>
              <w:rPr>
                <w:rFonts w:ascii="HG丸ｺﾞｼｯｸM-PRO" w:eastAsia="HG丸ｺﾞｼｯｸM-PRO" w:hAnsi="HG丸ｺﾞｼｯｸM-PRO"/>
                <w:lang w:eastAsia="ja-JP"/>
              </w:rPr>
              <w:t xml:space="preserve">      </w:t>
            </w:r>
            <w:r w:rsidRPr="00443A8E">
              <w:rPr>
                <w:rFonts w:ascii="HG丸ｺﾞｼｯｸM-PRO" w:eastAsia="HG丸ｺﾞｼｯｸM-PRO" w:hAnsi="HG丸ｺﾞｼｯｸM-PRO"/>
                <w:lang w:eastAsia="ja-JP"/>
              </w:rPr>
              <w:br/>
            </w:r>
            <w:r>
              <w:rPr>
                <w:rFonts w:ascii="HG丸ｺﾞｼｯｸM-PRO" w:eastAsia="HG丸ｺﾞｼｯｸM-PRO" w:hAnsi="HG丸ｺﾞｼｯｸM-PRO" w:hint="eastAsia"/>
                <w:lang w:eastAsia="ja-JP"/>
              </w:rPr>
              <w:t>□</w:t>
            </w:r>
            <w:r w:rsidRPr="00443A8E">
              <w:rPr>
                <w:rFonts w:ascii="HG丸ｺﾞｼｯｸM-PRO" w:eastAsia="HG丸ｺﾞｼｯｸM-PRO" w:hAnsi="HG丸ｺﾞｼｯｸM-PRO"/>
                <w:lang w:eastAsia="ja-JP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lang w:eastAsia="ja-JP"/>
              </w:rPr>
              <w:t xml:space="preserve">　</w:t>
            </w:r>
            <w:r w:rsidRPr="00443A8E">
              <w:rPr>
                <w:rFonts w:ascii="HG丸ｺﾞｼｯｸM-PRO" w:eastAsia="HG丸ｺﾞｼｯｸM-PRO" w:hAnsi="HG丸ｺﾞｼｯｸM-PRO"/>
                <w:lang w:eastAsia="ja-JP"/>
              </w:rPr>
              <w:t xml:space="preserve">JA広報誌 リバノス記事 </w:t>
            </w:r>
            <w:r w:rsidRPr="00443A8E">
              <w:rPr>
                <w:rFonts w:ascii="HG丸ｺﾞｼｯｸM-PRO" w:eastAsia="HG丸ｺﾞｼｯｸM-PRO" w:hAnsi="HG丸ｺﾞｼｯｸM-PRO"/>
                <w:lang w:eastAsia="ja-JP"/>
              </w:rPr>
              <w:br/>
            </w:r>
            <w:r>
              <w:rPr>
                <w:rFonts w:ascii="HG丸ｺﾞｼｯｸM-PRO" w:eastAsia="HG丸ｺﾞｼｯｸM-PRO" w:hAnsi="HG丸ｺﾞｼｯｸM-PRO" w:hint="eastAsia"/>
                <w:lang w:eastAsia="ja-JP"/>
              </w:rPr>
              <w:t>□</w:t>
            </w:r>
            <w:r w:rsidRPr="00443A8E">
              <w:rPr>
                <w:rFonts w:ascii="HG丸ｺﾞｼｯｸM-PRO" w:eastAsia="HG丸ｺﾞｼｯｸM-PRO" w:hAnsi="HG丸ｺﾞｼｯｸM-PRO"/>
                <w:lang w:eastAsia="ja-JP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lang w:eastAsia="ja-JP"/>
              </w:rPr>
              <w:t xml:space="preserve">　</w:t>
            </w:r>
            <w:r w:rsidRPr="00443A8E">
              <w:rPr>
                <w:rFonts w:ascii="HG丸ｺﾞｼｯｸM-PRO" w:eastAsia="HG丸ｺﾞｼｯｸM-PRO" w:hAnsi="HG丸ｺﾞｼｯｸM-PRO"/>
                <w:lang w:eastAsia="ja-JP"/>
              </w:rPr>
              <w:t>その他（</w:t>
            </w:r>
            <w:r>
              <w:rPr>
                <w:rFonts w:ascii="HG丸ｺﾞｼｯｸM-PRO" w:eastAsia="HG丸ｺﾞｼｯｸM-PRO" w:hAnsi="HG丸ｺﾞｼｯｸM-PRO" w:hint="eastAsia"/>
                <w:lang w:eastAsia="ja-JP"/>
              </w:rPr>
              <w:t xml:space="preserve">　　　　　　</w:t>
            </w:r>
            <w:r w:rsidRPr="00443A8E">
              <w:rPr>
                <w:rFonts w:ascii="HG丸ｺﾞｼｯｸM-PRO" w:eastAsia="HG丸ｺﾞｼｯｸM-PRO" w:hAnsi="HG丸ｺﾞｼｯｸM-PRO"/>
                <w:lang w:eastAsia="ja-JP"/>
              </w:rPr>
              <w:t xml:space="preserve"> ）</w:t>
            </w:r>
          </w:p>
        </w:tc>
        <w:tc>
          <w:tcPr>
            <w:tcW w:w="3827" w:type="dxa"/>
          </w:tcPr>
          <w:p w14:paraId="68F6D69E" w14:textId="77777777" w:rsidR="00224452" w:rsidRPr="00443A8E" w:rsidRDefault="00224452" w:rsidP="00044DEB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  <w:r w:rsidRPr="00443A8E">
              <w:rPr>
                <w:rFonts w:ascii="HG丸ｺﾞｼｯｸM-PRO" w:eastAsia="HG丸ｺﾞｼｯｸM-PRO" w:hAnsi="HG丸ｺﾞｼｯｸM-PRO"/>
                <w:lang w:eastAsia="ja-JP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lang w:eastAsia="ja-JP"/>
              </w:rPr>
              <w:t xml:space="preserve">□　</w:t>
            </w:r>
            <w:r w:rsidRPr="00443A8E">
              <w:rPr>
                <w:rFonts w:ascii="HG丸ｺﾞｼｯｸM-PRO" w:eastAsia="HG丸ｺﾞｼｯｸM-PRO" w:hAnsi="HG丸ｺﾞｼｯｸM-PRO"/>
                <w:lang w:eastAsia="ja-JP"/>
              </w:rPr>
              <w:t xml:space="preserve">直送の募集チラシ </w:t>
            </w:r>
            <w:r w:rsidRPr="00443A8E">
              <w:rPr>
                <w:rFonts w:ascii="HG丸ｺﾞｼｯｸM-PRO" w:eastAsia="HG丸ｺﾞｼｯｸM-PRO" w:hAnsi="HG丸ｺﾞｼｯｸM-PRO"/>
                <w:lang w:eastAsia="ja-JP"/>
              </w:rPr>
              <w:br/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lang w:eastAsia="ja-JP"/>
              </w:rPr>
              <w:t xml:space="preserve">□　</w:t>
            </w:r>
            <w:r w:rsidRPr="00443A8E">
              <w:rPr>
                <w:rFonts w:ascii="HG丸ｺﾞｼｯｸM-PRO" w:eastAsia="HG丸ｺﾞｼｯｸM-PRO" w:hAnsi="HG丸ｺﾞｼｯｸM-PRO"/>
                <w:lang w:eastAsia="ja-JP"/>
              </w:rPr>
              <w:t>インスタグラム</w:t>
            </w:r>
          </w:p>
        </w:tc>
      </w:tr>
    </w:tbl>
    <w:p w14:paraId="187BED8A" w14:textId="77777777" w:rsidR="00A16240" w:rsidRDefault="00A16240">
      <w:pPr>
        <w:rPr>
          <w:rFonts w:ascii="HG丸ｺﾞｼｯｸM-PRO" w:eastAsia="HG丸ｺﾞｼｯｸM-PRO" w:hAnsi="HG丸ｺﾞｼｯｸM-PRO"/>
          <w:b/>
          <w:lang w:eastAsia="ja-JP"/>
        </w:rPr>
      </w:pPr>
    </w:p>
    <w:p w14:paraId="1F32EE5F" w14:textId="692DAE13" w:rsidR="00A66084" w:rsidRPr="00443A8E" w:rsidRDefault="004F7AE5">
      <w:pPr>
        <w:rPr>
          <w:rFonts w:ascii="HG丸ｺﾞｼｯｸM-PRO" w:eastAsia="HG丸ｺﾞｼｯｸM-PRO" w:hAnsi="HG丸ｺﾞｼｯｸM-PRO"/>
          <w:lang w:eastAsia="ja-JP"/>
        </w:rPr>
      </w:pPr>
      <w:r w:rsidRPr="00443A8E">
        <w:rPr>
          <w:rFonts w:ascii="HG丸ｺﾞｼｯｸM-PRO" w:eastAsia="HG丸ｺﾞｼｯｸM-PRO" w:hAnsi="HG丸ｺﾞｼｯｸM-PRO"/>
          <w:b/>
          <w:lang w:eastAsia="ja-JP"/>
        </w:rPr>
        <w:t>■ 重要事項</w:t>
      </w:r>
      <w:r w:rsidRPr="00443A8E">
        <w:rPr>
          <w:rFonts w:ascii="HG丸ｺﾞｼｯｸM-PRO" w:eastAsia="HG丸ｺﾞｼｯｸM-PRO" w:hAnsi="HG丸ｺﾞｼｯｸM-PRO"/>
          <w:b/>
          <w:lang w:eastAsia="ja-JP"/>
        </w:rPr>
        <w:br/>
      </w:r>
      <w:r w:rsidRPr="00443A8E">
        <w:rPr>
          <w:rFonts w:ascii="HG丸ｺﾞｼｯｸM-PRO" w:eastAsia="HG丸ｺﾞｼｯｸM-PRO" w:hAnsi="HG丸ｺﾞｼｯｸM-PRO"/>
          <w:b/>
          <w:lang w:eastAsia="ja-JP"/>
        </w:rPr>
        <w:br/>
      </w:r>
      <w:r w:rsidRPr="00443A8E">
        <w:rPr>
          <w:rFonts w:ascii="HG丸ｺﾞｼｯｸM-PRO" w:eastAsia="HG丸ｺﾞｼｯｸM-PRO" w:hAnsi="HG丸ｺﾞｼｯｸM-PRO"/>
          <w:lang w:eastAsia="ja-JP"/>
        </w:rPr>
        <w:t>※応募用紙はＪＡ石川かほくのホームページからダウンロードが可能です。ただし、ウ</w:t>
      </w:r>
      <w:r w:rsidR="00224452">
        <w:rPr>
          <w:rFonts w:ascii="HG丸ｺﾞｼｯｸM-PRO" w:eastAsia="HG丸ｺﾞｼｯｸM-PRO" w:hAnsi="HG丸ｺﾞｼｯｸM-PRO" w:hint="eastAsia"/>
          <w:lang w:eastAsia="ja-JP"/>
        </w:rPr>
        <w:t xml:space="preserve"> </w:t>
      </w:r>
      <w:r w:rsidR="00224452">
        <w:rPr>
          <w:rFonts w:ascii="HG丸ｺﾞｼｯｸM-PRO" w:eastAsia="HG丸ｺﾞｼｯｸM-PRO" w:hAnsi="HG丸ｺﾞｼｯｸM-PRO"/>
          <w:lang w:eastAsia="ja-JP"/>
        </w:rPr>
        <w:t xml:space="preserve"> </w:t>
      </w:r>
      <w:r w:rsidRPr="00443A8E">
        <w:rPr>
          <w:rFonts w:ascii="HG丸ｺﾞｼｯｸM-PRO" w:eastAsia="HG丸ｺﾞｼｯｸM-PRO" w:hAnsi="HG丸ｺﾞｼｯｸM-PRO"/>
          <w:lang w:eastAsia="ja-JP"/>
        </w:rPr>
        <w:t>ェブからの応募は受付けしませんので、応募用紙に必要事項を入力し印刷の上、JA本・支店へ再度提出してください。</w:t>
      </w:r>
      <w:r w:rsidRPr="00443A8E">
        <w:rPr>
          <w:rFonts w:ascii="HG丸ｺﾞｼｯｸM-PRO" w:eastAsia="HG丸ｺﾞｼｯｸM-PRO" w:hAnsi="HG丸ｺﾞｼｯｸM-PRO"/>
          <w:lang w:eastAsia="ja-JP"/>
        </w:rPr>
        <w:br/>
        <w:t>※応募用紙は、返却しませんのでご了承ください。</w:t>
      </w:r>
      <w:r w:rsidRPr="00443A8E">
        <w:rPr>
          <w:rFonts w:ascii="HG丸ｺﾞｼｯｸM-PRO" w:eastAsia="HG丸ｺﾞｼｯｸM-PRO" w:hAnsi="HG丸ｺﾞｼｯｸM-PRO"/>
          <w:lang w:eastAsia="ja-JP"/>
        </w:rPr>
        <w:br/>
        <w:t>※応募作品のいっさいの権利は、ＪＡ石川かほくに帰属し、応募された時点で承諾され</w:t>
      </w:r>
      <w:r w:rsidR="00224452">
        <w:rPr>
          <w:rFonts w:ascii="HG丸ｺﾞｼｯｸM-PRO" w:eastAsia="HG丸ｺﾞｼｯｸM-PRO" w:hAnsi="HG丸ｺﾞｼｯｸM-PRO" w:hint="eastAsia"/>
          <w:lang w:eastAsia="ja-JP"/>
        </w:rPr>
        <w:t xml:space="preserve"> </w:t>
      </w:r>
      <w:r w:rsidR="00224452">
        <w:rPr>
          <w:rFonts w:ascii="HG丸ｺﾞｼｯｸM-PRO" w:eastAsia="HG丸ｺﾞｼｯｸM-PRO" w:hAnsi="HG丸ｺﾞｼｯｸM-PRO"/>
          <w:lang w:eastAsia="ja-JP"/>
        </w:rPr>
        <w:t xml:space="preserve"> </w:t>
      </w:r>
      <w:r w:rsidRPr="00443A8E">
        <w:rPr>
          <w:rFonts w:ascii="HG丸ｺﾞｼｯｸM-PRO" w:eastAsia="HG丸ｺﾞｼｯｸM-PRO" w:hAnsi="HG丸ｺﾞｼｯｸM-PRO"/>
          <w:lang w:eastAsia="ja-JP"/>
        </w:rPr>
        <w:t>たとみなします。</w:t>
      </w:r>
      <w:r w:rsidRPr="00443A8E">
        <w:rPr>
          <w:rFonts w:ascii="HG丸ｺﾞｼｯｸM-PRO" w:eastAsia="HG丸ｺﾞｼｯｸM-PRO" w:hAnsi="HG丸ｺﾞｼｯｸM-PRO"/>
          <w:lang w:eastAsia="ja-JP"/>
        </w:rPr>
        <w:br/>
        <w:t>※ご応募いただいた個人情報（氏名・住所・電話番号等）は、以下の目的にのみ使用し、適切に管理いたします。</w:t>
      </w:r>
      <w:r w:rsidRPr="00443A8E">
        <w:rPr>
          <w:rFonts w:ascii="HG丸ｺﾞｼｯｸM-PRO" w:eastAsia="HG丸ｺﾞｼｯｸM-PRO" w:hAnsi="HG丸ｺﾞｼｯｸM-PRO"/>
          <w:lang w:eastAsia="ja-JP"/>
        </w:rPr>
        <w:br/>
      </w:r>
      <w:r w:rsidRPr="00443A8E">
        <w:rPr>
          <w:rFonts w:ascii="HG丸ｺﾞｼｯｸM-PRO" w:eastAsia="HG丸ｺﾞｼｯｸM-PRO" w:hAnsi="HG丸ｺﾞｼｯｸM-PRO"/>
          <w:lang w:eastAsia="ja-JP"/>
        </w:rPr>
        <w:br/>
      </w:r>
      <w:r w:rsidRPr="00443A8E">
        <w:rPr>
          <w:rFonts w:ascii="HG丸ｺﾞｼｯｸM-PRO" w:eastAsia="HG丸ｺﾞｼｯｸM-PRO" w:hAnsi="HG丸ｺﾞｼｯｸM-PRO"/>
        </w:rPr>
        <w:t>【利用目的】</w:t>
      </w:r>
    </w:p>
    <w:p w14:paraId="55085B29" w14:textId="77777777" w:rsidR="00A16240" w:rsidRDefault="004F7AE5" w:rsidP="00A16240">
      <w:pPr>
        <w:pStyle w:val="a0"/>
        <w:rPr>
          <w:rFonts w:ascii="HG丸ｺﾞｼｯｸM-PRO" w:eastAsia="HG丸ｺﾞｼｯｸM-PRO" w:hAnsi="HG丸ｺﾞｼｯｸM-PRO"/>
          <w:lang w:eastAsia="ja-JP"/>
        </w:rPr>
      </w:pPr>
      <w:r w:rsidRPr="00443A8E">
        <w:rPr>
          <w:rFonts w:ascii="HG丸ｺﾞｼｯｸM-PRO" w:eastAsia="HG丸ｺﾞｼｯｸM-PRO" w:hAnsi="HG丸ｺﾞｼｯｸM-PRO"/>
          <w:lang w:eastAsia="ja-JP"/>
        </w:rPr>
        <w:t>オリジナルレシピ募集に関する運営上の連絡</w:t>
      </w:r>
    </w:p>
    <w:p w14:paraId="03A25815" w14:textId="086CE7E1" w:rsidR="00B519D0" w:rsidRPr="00A16240" w:rsidRDefault="004F7AE5" w:rsidP="00A16240">
      <w:pPr>
        <w:pStyle w:val="a0"/>
        <w:numPr>
          <w:ilvl w:val="0"/>
          <w:numId w:val="0"/>
        </w:numPr>
        <w:rPr>
          <w:rFonts w:ascii="HG丸ｺﾞｼｯｸM-PRO" w:eastAsia="HG丸ｺﾞｼｯｸM-PRO" w:hAnsi="HG丸ｺﾞｼｯｸM-PRO"/>
          <w:lang w:eastAsia="ja-JP"/>
        </w:rPr>
      </w:pPr>
      <w:r w:rsidRPr="00A16240">
        <w:rPr>
          <w:rFonts w:ascii="HG丸ｺﾞｼｯｸM-PRO" w:eastAsia="HG丸ｺﾞｼｯｸM-PRO" w:hAnsi="HG丸ｺﾞｼｯｸM-PRO"/>
        </w:rPr>
        <w:t>■ 管理欄</w:t>
      </w:r>
    </w:p>
    <w:tbl>
      <w:tblPr>
        <w:tblW w:w="0" w:type="auto"/>
        <w:tblInd w:w="392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842"/>
        <w:gridCol w:w="1701"/>
        <w:gridCol w:w="1701"/>
        <w:gridCol w:w="1728"/>
      </w:tblGrid>
      <w:tr w:rsidR="00A66084" w:rsidRPr="00443A8E" w14:paraId="77C58197" w14:textId="77777777" w:rsidTr="00A16240">
        <w:trPr>
          <w:trHeight w:val="263"/>
        </w:trPr>
        <w:tc>
          <w:tcPr>
            <w:tcW w:w="4819" w:type="dxa"/>
            <w:gridSpan w:val="3"/>
          </w:tcPr>
          <w:p w14:paraId="77203338" w14:textId="77777777" w:rsidR="00A66084" w:rsidRPr="00443A8E" w:rsidRDefault="004F7AE5" w:rsidP="004F7AE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443A8E">
              <w:rPr>
                <w:rFonts w:ascii="HG丸ｺﾞｼｯｸM-PRO" w:eastAsia="HG丸ｺﾞｼｯｸM-PRO" w:hAnsi="HG丸ｺﾞｼｯｸM-PRO"/>
                <w:b/>
              </w:rPr>
              <w:t>総務使用欄</w:t>
            </w:r>
          </w:p>
        </w:tc>
        <w:tc>
          <w:tcPr>
            <w:tcW w:w="3429" w:type="dxa"/>
            <w:gridSpan w:val="2"/>
          </w:tcPr>
          <w:p w14:paraId="2959DECF" w14:textId="77777777" w:rsidR="00A66084" w:rsidRPr="00443A8E" w:rsidRDefault="004F7AE5" w:rsidP="004F7AE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443A8E">
              <w:rPr>
                <w:rFonts w:ascii="HG丸ｺﾞｼｯｸM-PRO" w:eastAsia="HG丸ｺﾞｼｯｸM-PRO" w:hAnsi="HG丸ｺﾞｼｯｸM-PRO"/>
                <w:b/>
              </w:rPr>
              <w:t>支店使用欄</w:t>
            </w:r>
          </w:p>
        </w:tc>
      </w:tr>
      <w:tr w:rsidR="00B519D0" w:rsidRPr="00443A8E" w14:paraId="4A01F222" w14:textId="77777777" w:rsidTr="00B519D0">
        <w:trPr>
          <w:trHeight w:val="994"/>
        </w:trPr>
        <w:tc>
          <w:tcPr>
            <w:tcW w:w="1276" w:type="dxa"/>
          </w:tcPr>
          <w:p w14:paraId="6F096840" w14:textId="77777777" w:rsidR="00B519D0" w:rsidRPr="00443A8E" w:rsidRDefault="00B519D0" w:rsidP="00B519D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443A8E">
              <w:rPr>
                <w:rFonts w:ascii="HG丸ｺﾞｼｯｸM-PRO" w:eastAsia="HG丸ｺﾞｼｯｸM-PRO" w:hAnsi="HG丸ｺﾞｼｯｸM-PRO"/>
                <w:b/>
              </w:rPr>
              <w:t>受付番号</w:t>
            </w:r>
          </w:p>
        </w:tc>
        <w:tc>
          <w:tcPr>
            <w:tcW w:w="1842" w:type="dxa"/>
          </w:tcPr>
          <w:p w14:paraId="56F15CC1" w14:textId="77777777" w:rsidR="00B519D0" w:rsidRPr="00443A8E" w:rsidRDefault="00B519D0" w:rsidP="00B519D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443A8E">
              <w:rPr>
                <w:rFonts w:ascii="HG丸ｺﾞｼｯｸM-PRO" w:eastAsia="HG丸ｺﾞｼｯｸM-PRO" w:hAnsi="HG丸ｺﾞｼｯｸM-PRO"/>
                <w:b/>
              </w:rPr>
              <w:t>審査結果</w:t>
            </w:r>
          </w:p>
        </w:tc>
        <w:tc>
          <w:tcPr>
            <w:tcW w:w="1701" w:type="dxa"/>
          </w:tcPr>
          <w:p w14:paraId="04803B8C" w14:textId="77777777" w:rsidR="00B519D0" w:rsidRPr="00443A8E" w:rsidRDefault="00B519D0" w:rsidP="00B519D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443A8E">
              <w:rPr>
                <w:rFonts w:ascii="HG丸ｺﾞｼｯｸM-PRO" w:eastAsia="HG丸ｺﾞｼｯｸM-PRO" w:hAnsi="HG丸ｺﾞｼｯｸM-PRO"/>
                <w:b/>
              </w:rPr>
              <w:t>審査結果</w:t>
            </w:r>
            <w:r>
              <w:rPr>
                <w:rFonts w:ascii="HG丸ｺﾞｼｯｸM-PRO" w:eastAsia="HG丸ｺﾞｼｯｸM-PRO" w:hAnsi="HG丸ｺﾞｼｯｸM-PRO" w:hint="eastAsia"/>
                <w:b/>
                <w:lang w:eastAsia="ja-JP"/>
              </w:rPr>
              <w:t>案内</w:t>
            </w:r>
          </w:p>
        </w:tc>
        <w:tc>
          <w:tcPr>
            <w:tcW w:w="1701" w:type="dxa"/>
          </w:tcPr>
          <w:p w14:paraId="46791EC2" w14:textId="77777777" w:rsidR="00B519D0" w:rsidRPr="00443A8E" w:rsidRDefault="00B519D0" w:rsidP="00B519D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lang w:eastAsia="ja-JP"/>
              </w:rPr>
              <w:t>受付日</w:t>
            </w:r>
          </w:p>
        </w:tc>
        <w:tc>
          <w:tcPr>
            <w:tcW w:w="1728" w:type="dxa"/>
          </w:tcPr>
          <w:p w14:paraId="55F8EF52" w14:textId="4BD101D5" w:rsidR="00B519D0" w:rsidRPr="00443A8E" w:rsidRDefault="00B519D0" w:rsidP="00B519D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443A8E">
              <w:rPr>
                <w:rFonts w:ascii="HG丸ｺﾞｼｯｸM-PRO" w:eastAsia="HG丸ｺﾞｼｯｸM-PRO" w:hAnsi="HG丸ｺﾞｼｯｸM-PRO"/>
                <w:b/>
              </w:rPr>
              <w:t>担当者</w:t>
            </w:r>
          </w:p>
        </w:tc>
      </w:tr>
    </w:tbl>
    <w:p w14:paraId="68CB0323" w14:textId="4F445791" w:rsidR="00A66084" w:rsidRDefault="00A66084" w:rsidP="00B519D0">
      <w:pPr>
        <w:rPr>
          <w:rFonts w:ascii="HG丸ｺﾞｼｯｸM-PRO" w:eastAsia="HG丸ｺﾞｼｯｸM-PRO" w:hAnsi="HG丸ｺﾞｼｯｸM-PRO"/>
        </w:rPr>
      </w:pPr>
    </w:p>
    <w:sectPr w:rsidR="00A66084" w:rsidSect="00B43172">
      <w:pgSz w:w="12240" w:h="15840"/>
      <w:pgMar w:top="1985" w:right="1701" w:bottom="170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0BA0C" w14:textId="77777777" w:rsidR="00973DBF" w:rsidRDefault="00973DBF" w:rsidP="00B519D0">
      <w:pPr>
        <w:spacing w:after="0" w:line="240" w:lineRule="auto"/>
      </w:pPr>
      <w:r>
        <w:separator/>
      </w:r>
    </w:p>
  </w:endnote>
  <w:endnote w:type="continuationSeparator" w:id="0">
    <w:p w14:paraId="3915A1A8" w14:textId="77777777" w:rsidR="00973DBF" w:rsidRDefault="00973DBF" w:rsidP="00B51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9485A" w14:textId="77777777" w:rsidR="00973DBF" w:rsidRDefault="00973DBF" w:rsidP="00B519D0">
      <w:pPr>
        <w:spacing w:after="0" w:line="240" w:lineRule="auto"/>
      </w:pPr>
      <w:r>
        <w:separator/>
      </w:r>
    </w:p>
  </w:footnote>
  <w:footnote w:type="continuationSeparator" w:id="0">
    <w:p w14:paraId="70E33940" w14:textId="77777777" w:rsidR="00973DBF" w:rsidRDefault="00973DBF" w:rsidP="00B519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0630475">
    <w:abstractNumId w:val="8"/>
  </w:num>
  <w:num w:numId="2" w16cid:durableId="927925930">
    <w:abstractNumId w:val="6"/>
  </w:num>
  <w:num w:numId="3" w16cid:durableId="2062970789">
    <w:abstractNumId w:val="5"/>
  </w:num>
  <w:num w:numId="4" w16cid:durableId="967204847">
    <w:abstractNumId w:val="4"/>
  </w:num>
  <w:num w:numId="5" w16cid:durableId="1268850775">
    <w:abstractNumId w:val="7"/>
  </w:num>
  <w:num w:numId="6" w16cid:durableId="1994603127">
    <w:abstractNumId w:val="3"/>
  </w:num>
  <w:num w:numId="7" w16cid:durableId="49308707">
    <w:abstractNumId w:val="2"/>
  </w:num>
  <w:num w:numId="8" w16cid:durableId="1048722583">
    <w:abstractNumId w:val="1"/>
  </w:num>
  <w:num w:numId="9" w16cid:durableId="1554659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24452"/>
    <w:rsid w:val="00251CBF"/>
    <w:rsid w:val="0029639D"/>
    <w:rsid w:val="002B31E1"/>
    <w:rsid w:val="00326F90"/>
    <w:rsid w:val="00443A8E"/>
    <w:rsid w:val="004F7AE5"/>
    <w:rsid w:val="005A6297"/>
    <w:rsid w:val="008347D0"/>
    <w:rsid w:val="009174C2"/>
    <w:rsid w:val="00973DBF"/>
    <w:rsid w:val="00A16240"/>
    <w:rsid w:val="00A66084"/>
    <w:rsid w:val="00AA1D8D"/>
    <w:rsid w:val="00B43172"/>
    <w:rsid w:val="00B47730"/>
    <w:rsid w:val="00B519D0"/>
    <w:rsid w:val="00B96821"/>
    <w:rsid w:val="00C81581"/>
    <w:rsid w:val="00CB0664"/>
    <w:rsid w:val="00F031D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908903B"/>
  <w14:defaultImageDpi w14:val="300"/>
  <w15:docId w15:val="{191F4F98-34D1-4CC1-8423-D6724A269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">
    <w:name w:val="Balloon Text"/>
    <w:basedOn w:val="a1"/>
    <w:link w:val="aff0"/>
    <w:uiPriority w:val="99"/>
    <w:semiHidden/>
    <w:unhideWhenUsed/>
    <w:rsid w:val="00B519D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0">
    <w:name w:val="吹き出し (文字)"/>
    <w:basedOn w:val="a2"/>
    <w:link w:val="aff"/>
    <w:uiPriority w:val="99"/>
    <w:semiHidden/>
    <w:rsid w:val="00B519D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4FD02C5-CF10-4288-A86C-5C55FF3E5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105</Words>
  <Characters>600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松本 碧</cp:lastModifiedBy>
  <cp:revision>9</cp:revision>
  <cp:lastPrinted>2026-08-25T07:29:00Z</cp:lastPrinted>
  <dcterms:created xsi:type="dcterms:W3CDTF">2013-12-23T23:15:00Z</dcterms:created>
  <dcterms:modified xsi:type="dcterms:W3CDTF">2026-09-09T08:54:00Z</dcterms:modified>
  <cp:category/>
</cp:coreProperties>
</file>